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5817" w14:textId="77777777" w:rsidR="008D395C" w:rsidRDefault="008D395C" w:rsidP="008165A1">
      <w:pPr>
        <w:jc w:val="center"/>
      </w:pPr>
    </w:p>
    <w:p w14:paraId="4A123702" w14:textId="77777777" w:rsidR="008D395C" w:rsidRPr="000B52ED" w:rsidRDefault="00000000" w:rsidP="008165A1">
      <w:pPr>
        <w:jc w:val="center"/>
        <w:rPr>
          <w:b/>
          <w:bCs/>
        </w:rPr>
      </w:pPr>
      <w:r w:rsidRPr="000B52ED">
        <w:rPr>
          <w:b/>
          <w:bCs/>
        </w:rPr>
        <w:t>Habilitação/Divergência de Crédito Retardatária Após Homologação do Plano</w:t>
      </w:r>
    </w:p>
    <w:p w14:paraId="056A3561" w14:textId="77777777" w:rsidR="008D395C" w:rsidRPr="000B52ED" w:rsidRDefault="00000000" w:rsidP="008165A1">
      <w:pPr>
        <w:jc w:val="center"/>
        <w:rPr>
          <w:b/>
          <w:bCs/>
        </w:rPr>
      </w:pPr>
      <w:r w:rsidRPr="000B52ED">
        <w:rPr>
          <w:b/>
          <w:bCs/>
        </w:rPr>
        <w:t>PEDIDO DE RETIFICAÇÃO DO QUADRO GERAL DE CREDORES</w:t>
      </w:r>
    </w:p>
    <w:p w14:paraId="568E7CE4" w14:textId="77777777" w:rsidR="008D395C" w:rsidRDefault="008D395C" w:rsidP="008165A1">
      <w:pPr>
        <w:jc w:val="both"/>
      </w:pPr>
    </w:p>
    <w:p w14:paraId="335A0893" w14:textId="77777777" w:rsidR="008D395C" w:rsidRPr="008165A1" w:rsidRDefault="00000000" w:rsidP="009E0AED">
      <w:pPr>
        <w:spacing w:after="0" w:line="360" w:lineRule="auto"/>
        <w:jc w:val="both"/>
        <w:rPr>
          <w:b/>
          <w:bCs/>
        </w:rPr>
      </w:pPr>
      <w:r w:rsidRPr="008165A1">
        <w:rPr>
          <w:b/>
          <w:bCs/>
        </w:rPr>
        <w:t>AO JUÍZO DA ___ VARA CÍVEL DA COMARCA DE ___</w:t>
      </w:r>
    </w:p>
    <w:p w14:paraId="2007CFC3" w14:textId="77777777" w:rsidR="008D395C" w:rsidRDefault="008D395C" w:rsidP="009E0AED">
      <w:pPr>
        <w:spacing w:after="0" w:line="360" w:lineRule="auto"/>
        <w:jc w:val="both"/>
      </w:pPr>
    </w:p>
    <w:p w14:paraId="66BA35F1" w14:textId="77777777" w:rsidR="008D395C" w:rsidRPr="009E0AED" w:rsidRDefault="00000000" w:rsidP="009E0AED">
      <w:pPr>
        <w:spacing w:after="0" w:line="360" w:lineRule="auto"/>
        <w:jc w:val="both"/>
        <w:rPr>
          <w:b/>
          <w:bCs/>
        </w:rPr>
      </w:pPr>
      <w:r w:rsidRPr="009E0AED">
        <w:rPr>
          <w:b/>
          <w:bCs/>
        </w:rPr>
        <w:t>Por dependência a recuperação judicial nº XXXX</w:t>
      </w:r>
    </w:p>
    <w:p w14:paraId="10B4510B" w14:textId="77777777" w:rsidR="008D395C" w:rsidRPr="009E0AED" w:rsidRDefault="00000000" w:rsidP="009E0AED">
      <w:pPr>
        <w:spacing w:after="0" w:line="360" w:lineRule="auto"/>
        <w:jc w:val="both"/>
        <w:rPr>
          <w:b/>
          <w:bCs/>
        </w:rPr>
      </w:pPr>
      <w:r w:rsidRPr="009E0AED">
        <w:rPr>
          <w:b/>
          <w:bCs/>
        </w:rPr>
        <w:t>Recuperanda: XXXX</w:t>
      </w:r>
    </w:p>
    <w:p w14:paraId="7095DB73" w14:textId="77777777" w:rsidR="008D395C" w:rsidRDefault="008D395C" w:rsidP="009E0AED">
      <w:pPr>
        <w:spacing w:after="0" w:line="360" w:lineRule="auto"/>
        <w:jc w:val="both"/>
      </w:pPr>
    </w:p>
    <w:p w14:paraId="4010BD6B" w14:textId="77777777" w:rsidR="008D395C" w:rsidRDefault="00000000" w:rsidP="009E0AED">
      <w:pPr>
        <w:spacing w:after="0" w:line="360" w:lineRule="auto"/>
        <w:jc w:val="both"/>
      </w:pPr>
      <w:r>
        <w:t>NOME DO CREDOR (SE PESSOA FÍSICA, nacionalidade, estado civil, profissão, CPF, RG, endereço; SE PESSOA JURÍDICA: CNPJ, endereço da sede, representada por __), telefone e e-mail para contato, vem perante Vossa Excelência, por intermédio de seu advogado (art. 6º da Lei nº 11.101/2005), apresentar</w:t>
      </w:r>
    </w:p>
    <w:p w14:paraId="5D3F8843" w14:textId="77777777" w:rsidR="008D395C" w:rsidRDefault="008D395C" w:rsidP="009E0AED">
      <w:pPr>
        <w:spacing w:after="0" w:line="360" w:lineRule="auto"/>
        <w:jc w:val="both"/>
      </w:pPr>
    </w:p>
    <w:p w14:paraId="695B5CBC" w14:textId="77777777" w:rsidR="008D395C" w:rsidRPr="009E0AED" w:rsidRDefault="00000000" w:rsidP="009E0AED">
      <w:pPr>
        <w:spacing w:after="0" w:line="360" w:lineRule="auto"/>
        <w:jc w:val="both"/>
        <w:rPr>
          <w:b/>
          <w:bCs/>
        </w:rPr>
      </w:pPr>
      <w:r w:rsidRPr="009E0AED">
        <w:rPr>
          <w:b/>
          <w:bCs/>
        </w:rPr>
        <w:t>A RETIFICAÇÃO DO QUADRO GERAL DE CREDORES</w:t>
      </w:r>
    </w:p>
    <w:p w14:paraId="710195CD" w14:textId="77777777" w:rsidR="008D395C" w:rsidRDefault="008D395C" w:rsidP="009E0AED">
      <w:pPr>
        <w:spacing w:after="0" w:line="360" w:lineRule="auto"/>
        <w:jc w:val="both"/>
      </w:pPr>
    </w:p>
    <w:p w14:paraId="64DCBCD3" w14:textId="77777777" w:rsidR="008D395C" w:rsidRDefault="00000000" w:rsidP="009E0AED">
      <w:pPr>
        <w:spacing w:after="0" w:line="360" w:lineRule="auto"/>
        <w:jc w:val="both"/>
      </w:pPr>
      <w:r>
        <w:t>para inclusão/alteração dos seguintes créditos:</w:t>
      </w:r>
    </w:p>
    <w:p w14:paraId="0344E550" w14:textId="77777777" w:rsidR="008D395C" w:rsidRDefault="008D395C" w:rsidP="009E0AED">
      <w:pPr>
        <w:spacing w:after="0" w:line="360" w:lineRule="auto"/>
        <w:jc w:val="both"/>
      </w:pPr>
    </w:p>
    <w:p w14:paraId="051DEECE" w14:textId="77777777" w:rsidR="008D395C" w:rsidRDefault="00000000" w:rsidP="009E0AED">
      <w:pPr>
        <w:spacing w:after="0" w:line="360" w:lineRule="auto"/>
        <w:jc w:val="both"/>
      </w:pPr>
      <w:r>
        <w:t>Considerando os documentos anexos (decisão judicial, documentos que demonstram relação comercial ou trabalhista), é possível perceber que O NOME DO CREDOR é credor da quantia de R$ (valor expresso) Classe XX, tendo em vista a origem do débito (apresentar planilha de cálculos, indicando índice de correção e juros aplicados até a data do pedido de Recuperação Judicial e justificando classificação, caso houver divergência nesse aspecto).</w:t>
      </w:r>
    </w:p>
    <w:p w14:paraId="685F05EA" w14:textId="77777777" w:rsidR="008D395C" w:rsidRDefault="008D395C" w:rsidP="009E0AED">
      <w:pPr>
        <w:spacing w:after="0" w:line="360" w:lineRule="auto"/>
        <w:jc w:val="both"/>
      </w:pPr>
    </w:p>
    <w:p w14:paraId="2072D1E0" w14:textId="77777777" w:rsidR="008D395C" w:rsidRDefault="00000000" w:rsidP="009E0AED">
      <w:pPr>
        <w:spacing w:after="0" w:line="360" w:lineRule="auto"/>
        <w:jc w:val="both"/>
      </w:pPr>
      <w:r>
        <w:t>A sua classificação correta é a seguinte:</w:t>
      </w:r>
    </w:p>
    <w:p w14:paraId="6FEA3179" w14:textId="77777777" w:rsidR="008D395C" w:rsidRDefault="008D395C" w:rsidP="009E0AED">
      <w:pPr>
        <w:spacing w:after="0" w:line="360" w:lineRule="auto"/>
        <w:jc w:val="both"/>
      </w:pPr>
    </w:p>
    <w:p w14:paraId="0678EA85" w14:textId="77777777" w:rsidR="008D395C" w:rsidRDefault="00000000" w:rsidP="009E0AED">
      <w:pPr>
        <w:spacing w:after="0" w:line="360" w:lineRule="auto"/>
        <w:jc w:val="both"/>
      </w:pPr>
      <w:r>
        <w:t>I | Trabalhista: Crédito líquido (com valor já definido) vindo de relação trabalhista.</w:t>
      </w:r>
    </w:p>
    <w:p w14:paraId="67C991A8" w14:textId="77777777" w:rsidR="008D395C" w:rsidRDefault="008D395C" w:rsidP="009E0AED">
      <w:pPr>
        <w:spacing w:after="0" w:line="360" w:lineRule="auto"/>
        <w:jc w:val="both"/>
      </w:pPr>
    </w:p>
    <w:p w14:paraId="3AE5D3B7" w14:textId="77777777" w:rsidR="008D395C" w:rsidRDefault="00000000" w:rsidP="009E0AED">
      <w:pPr>
        <w:spacing w:after="0" w:line="360" w:lineRule="auto"/>
        <w:jc w:val="both"/>
      </w:pPr>
      <w:r>
        <w:t>II | Com garantia real: Crédito que possui como garantia (penhor, hipoteca ou anticrese) o pagamento da dívida um bem móvel ou imóvel (ex.: carro, casa, etc.).</w:t>
      </w:r>
    </w:p>
    <w:p w14:paraId="1DF7ECB9" w14:textId="77777777" w:rsidR="008D395C" w:rsidRDefault="008D395C" w:rsidP="009E0AED">
      <w:pPr>
        <w:spacing w:after="0" w:line="360" w:lineRule="auto"/>
        <w:jc w:val="both"/>
      </w:pPr>
    </w:p>
    <w:p w14:paraId="4B41357F" w14:textId="77777777" w:rsidR="008D395C" w:rsidRDefault="00000000" w:rsidP="009E0AED">
      <w:pPr>
        <w:spacing w:after="0" w:line="360" w:lineRule="auto"/>
        <w:jc w:val="both"/>
      </w:pPr>
      <w:r>
        <w:lastRenderedPageBreak/>
        <w:t>III | Quirografário: Aquele que possui o crédito fundado em um documento e que não se enquadra na qualidade de trabalhista, com garantia real ou privilegiado.</w:t>
      </w:r>
    </w:p>
    <w:p w14:paraId="1FAE1D22" w14:textId="77777777" w:rsidR="008D395C" w:rsidRDefault="008D395C" w:rsidP="009E0AED">
      <w:pPr>
        <w:spacing w:after="0" w:line="360" w:lineRule="auto"/>
        <w:jc w:val="both"/>
      </w:pPr>
    </w:p>
    <w:p w14:paraId="75A06C94" w14:textId="77777777" w:rsidR="008D395C" w:rsidRPr="009E0AED" w:rsidRDefault="00000000" w:rsidP="009E0AED">
      <w:pPr>
        <w:spacing w:after="0" w:line="360" w:lineRule="auto"/>
        <w:jc w:val="both"/>
        <w:rPr>
          <w:b/>
          <w:bCs/>
        </w:rPr>
      </w:pPr>
      <w:r w:rsidRPr="009E0AED">
        <w:rPr>
          <w:b/>
          <w:bCs/>
        </w:rPr>
        <w:t>REQUERIMENTO:</w:t>
      </w:r>
    </w:p>
    <w:p w14:paraId="267251B1" w14:textId="77777777" w:rsidR="008D395C" w:rsidRDefault="008D395C" w:rsidP="009E0AED">
      <w:pPr>
        <w:spacing w:after="0" w:line="360" w:lineRule="auto"/>
        <w:jc w:val="both"/>
      </w:pPr>
    </w:p>
    <w:p w14:paraId="0AB4CABF" w14:textId="77777777" w:rsidR="008D395C" w:rsidRDefault="00000000" w:rsidP="009E0AED">
      <w:pPr>
        <w:spacing w:after="0" w:line="360" w:lineRule="auto"/>
        <w:jc w:val="both"/>
      </w:pPr>
      <w:r>
        <w:t>Ante o exposto, REQUER seja TOTALMENTE PROCEDENTE a presente habilitação, no sentido de incluir na relação de credores o crédito da Requerente na quantia de R$ ____ (valor por extenso), na qualidade de I | quirografário ou II | trabalhista ou III | com garantia real.</w:t>
      </w:r>
    </w:p>
    <w:p w14:paraId="54D2B3E3" w14:textId="77777777" w:rsidR="008D395C" w:rsidRDefault="008D395C" w:rsidP="009E0AED">
      <w:pPr>
        <w:spacing w:after="0" w:line="360" w:lineRule="auto"/>
        <w:jc w:val="both"/>
      </w:pPr>
    </w:p>
    <w:p w14:paraId="324BF5A4" w14:textId="77777777" w:rsidR="008D395C" w:rsidRDefault="00000000" w:rsidP="009E0AED">
      <w:pPr>
        <w:spacing w:after="0" w:line="360" w:lineRule="auto"/>
        <w:jc w:val="both"/>
      </w:pPr>
      <w:r>
        <w:t>Dá-se à causa o valor de R$ ____.</w:t>
      </w:r>
    </w:p>
    <w:p w14:paraId="271B56D1" w14:textId="77777777" w:rsidR="008D395C" w:rsidRDefault="008D395C" w:rsidP="009E0AED">
      <w:pPr>
        <w:spacing w:after="0" w:line="360" w:lineRule="auto"/>
        <w:jc w:val="both"/>
      </w:pPr>
    </w:p>
    <w:p w14:paraId="5EDE5947" w14:textId="77777777" w:rsidR="008D395C" w:rsidRDefault="00000000" w:rsidP="009E0AED">
      <w:pPr>
        <w:spacing w:after="0" w:line="360" w:lineRule="auto"/>
        <w:jc w:val="both"/>
      </w:pPr>
      <w:r>
        <w:t>Termos em que pede.</w:t>
      </w:r>
    </w:p>
    <w:p w14:paraId="1313F254" w14:textId="77777777" w:rsidR="008D395C" w:rsidRDefault="00000000" w:rsidP="009E0AED">
      <w:pPr>
        <w:spacing w:after="0" w:line="360" w:lineRule="auto"/>
        <w:jc w:val="both"/>
      </w:pPr>
      <w:r>
        <w:t>Deferimento.</w:t>
      </w:r>
    </w:p>
    <w:p w14:paraId="7F444BD1" w14:textId="77777777" w:rsidR="008D395C" w:rsidRDefault="008D395C" w:rsidP="009E0AED">
      <w:pPr>
        <w:spacing w:after="0" w:line="360" w:lineRule="auto"/>
        <w:jc w:val="both"/>
      </w:pPr>
    </w:p>
    <w:p w14:paraId="7A1D7FD1" w14:textId="77777777" w:rsidR="008D395C" w:rsidRPr="009E0AED" w:rsidRDefault="00000000" w:rsidP="009E0AED">
      <w:pPr>
        <w:spacing w:after="0" w:line="360" w:lineRule="auto"/>
        <w:jc w:val="center"/>
        <w:rPr>
          <w:b/>
          <w:bCs/>
        </w:rPr>
      </w:pPr>
      <w:r w:rsidRPr="009E0AED">
        <w:rPr>
          <w:b/>
          <w:bCs/>
        </w:rPr>
        <w:t>(local), ___ de ________.</w:t>
      </w:r>
    </w:p>
    <w:p w14:paraId="58BD6E89" w14:textId="77777777" w:rsidR="008D395C" w:rsidRPr="009E0AED" w:rsidRDefault="008D395C" w:rsidP="009E0AED">
      <w:pPr>
        <w:spacing w:after="0" w:line="360" w:lineRule="auto"/>
        <w:jc w:val="center"/>
        <w:rPr>
          <w:b/>
          <w:bCs/>
        </w:rPr>
      </w:pPr>
    </w:p>
    <w:p w14:paraId="7646501D" w14:textId="77777777" w:rsidR="008D395C" w:rsidRPr="009E0AED" w:rsidRDefault="00000000" w:rsidP="009E0AED">
      <w:pPr>
        <w:spacing w:after="0" w:line="360" w:lineRule="auto"/>
        <w:jc w:val="center"/>
        <w:rPr>
          <w:b/>
          <w:bCs/>
        </w:rPr>
      </w:pPr>
      <w:r w:rsidRPr="009E0AED">
        <w:rPr>
          <w:b/>
          <w:bCs/>
        </w:rPr>
        <w:t>ADVOGADO – OAB/UF</w:t>
      </w:r>
    </w:p>
    <w:p w14:paraId="027C5A48" w14:textId="77777777" w:rsidR="008D395C" w:rsidRPr="009E0AED" w:rsidRDefault="008D395C" w:rsidP="009E0AED">
      <w:pPr>
        <w:spacing w:after="0" w:line="360" w:lineRule="auto"/>
        <w:jc w:val="center"/>
        <w:rPr>
          <w:b/>
          <w:bCs/>
        </w:rPr>
      </w:pPr>
    </w:p>
    <w:sectPr w:rsidR="008D395C" w:rsidRPr="009E0A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3169597">
    <w:abstractNumId w:val="8"/>
  </w:num>
  <w:num w:numId="2" w16cid:durableId="322507569">
    <w:abstractNumId w:val="6"/>
  </w:num>
  <w:num w:numId="3" w16cid:durableId="1020199521">
    <w:abstractNumId w:val="5"/>
  </w:num>
  <w:num w:numId="4" w16cid:durableId="91317238">
    <w:abstractNumId w:val="4"/>
  </w:num>
  <w:num w:numId="5" w16cid:durableId="1587570121">
    <w:abstractNumId w:val="7"/>
  </w:num>
  <w:num w:numId="6" w16cid:durableId="1363477432">
    <w:abstractNumId w:val="3"/>
  </w:num>
  <w:num w:numId="7" w16cid:durableId="1349286678">
    <w:abstractNumId w:val="2"/>
  </w:num>
  <w:num w:numId="8" w16cid:durableId="1236622061">
    <w:abstractNumId w:val="1"/>
  </w:num>
  <w:num w:numId="9" w16cid:durableId="82085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2ED"/>
    <w:rsid w:val="0015074B"/>
    <w:rsid w:val="0029639D"/>
    <w:rsid w:val="00326F90"/>
    <w:rsid w:val="006001B1"/>
    <w:rsid w:val="008165A1"/>
    <w:rsid w:val="008D395C"/>
    <w:rsid w:val="009E0AED"/>
    <w:rsid w:val="00AA1D8D"/>
    <w:rsid w:val="00B47730"/>
    <w:rsid w:val="00CB0664"/>
    <w:rsid w:val="00F019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71635"/>
  <w14:defaultImageDpi w14:val="300"/>
  <w15:docId w15:val="{03E2E33F-4BEE-6C48-8087-F30787A7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1620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Filipe Denki Belem Pacheco</cp:lastModifiedBy>
  <cp:revision>5</cp:revision>
  <dcterms:created xsi:type="dcterms:W3CDTF">2026-01-07T16:57:00Z</dcterms:created>
  <dcterms:modified xsi:type="dcterms:W3CDTF">2026-01-07T17:00:00Z</dcterms:modified>
  <cp:category/>
</cp:coreProperties>
</file>