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93B95" w14:textId="77777777" w:rsidR="00322AB7" w:rsidRDefault="00322AB7" w:rsidP="00FF35CB">
      <w:pPr>
        <w:spacing w:after="0" w:line="360" w:lineRule="auto"/>
        <w:jc w:val="both"/>
      </w:pPr>
    </w:p>
    <w:p w14:paraId="400CC7D7" w14:textId="75C1C773" w:rsidR="00322AB7" w:rsidRPr="00FF35CB" w:rsidRDefault="00000000" w:rsidP="00D23E35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JUNTADA DE PROCURAÇÃO REQUERIMENTO DE INTIMAÇÃO DO PATRONO</w:t>
      </w:r>
    </w:p>
    <w:p w14:paraId="5AE75A28" w14:textId="77777777" w:rsidR="00322AB7" w:rsidRDefault="00322AB7" w:rsidP="00FF35CB">
      <w:pPr>
        <w:spacing w:after="0" w:line="360" w:lineRule="auto"/>
        <w:jc w:val="both"/>
      </w:pPr>
    </w:p>
    <w:p w14:paraId="787A99A7" w14:textId="77777777" w:rsidR="00322AB7" w:rsidRPr="00FF35CB" w:rsidRDefault="00000000" w:rsidP="00FF35CB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AO JUÍZO DA ___ VARA CÍVEL DA COMARCA DE ___</w:t>
      </w:r>
    </w:p>
    <w:p w14:paraId="126595CE" w14:textId="77777777" w:rsidR="00322AB7" w:rsidRDefault="00322AB7" w:rsidP="00FF35CB">
      <w:pPr>
        <w:spacing w:after="0" w:line="360" w:lineRule="auto"/>
        <w:jc w:val="both"/>
      </w:pPr>
    </w:p>
    <w:p w14:paraId="5E30B628" w14:textId="77777777" w:rsidR="00322AB7" w:rsidRPr="00FF35CB" w:rsidRDefault="00000000" w:rsidP="00FF35CB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Processo nº XXXX (Recuperação Judicial)</w:t>
      </w:r>
    </w:p>
    <w:p w14:paraId="0DC910D3" w14:textId="77777777" w:rsidR="00322AB7" w:rsidRPr="00FF35CB" w:rsidRDefault="00000000" w:rsidP="00FF35CB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Recuperanda: XXXX</w:t>
      </w:r>
    </w:p>
    <w:p w14:paraId="75971E87" w14:textId="77777777" w:rsidR="00322AB7" w:rsidRDefault="00322AB7" w:rsidP="00FF35CB">
      <w:pPr>
        <w:spacing w:after="0" w:line="360" w:lineRule="auto"/>
        <w:jc w:val="both"/>
      </w:pPr>
    </w:p>
    <w:p w14:paraId="1DEA10EE" w14:textId="792AC4AF" w:rsidR="00322AB7" w:rsidRDefault="00000000" w:rsidP="00FF35CB">
      <w:pPr>
        <w:spacing w:after="0" w:line="360" w:lineRule="auto"/>
        <w:jc w:val="both"/>
      </w:pPr>
      <w:r>
        <w:t>NOME DO CREDOR (SE PESSOA FÍSICA, nacionalidade, estado civil, profissão, CPF, RG, endereço; SE PESSOA JURÍDICA: CNPJ, endereço da sede, representada por ___), por seu advogado infra-assinado, conforme instrumento de mandato anexo, vem, respeitosamente, à presença de Vossa Excelência, requerer a JUNTADA DE PROCURAÇÃO E CADASTRAMENTO DO PATRONO</w:t>
      </w:r>
    </w:p>
    <w:p w14:paraId="37983E0C" w14:textId="77777777" w:rsidR="00322AB7" w:rsidRDefault="00322AB7" w:rsidP="00FF35CB">
      <w:pPr>
        <w:spacing w:after="0" w:line="360" w:lineRule="auto"/>
        <w:jc w:val="both"/>
      </w:pPr>
    </w:p>
    <w:p w14:paraId="6691260D" w14:textId="77777777" w:rsidR="00322AB7" w:rsidRDefault="00000000" w:rsidP="00FF35CB">
      <w:pPr>
        <w:spacing w:after="0" w:line="360" w:lineRule="auto"/>
        <w:jc w:val="both"/>
      </w:pPr>
      <w:r>
        <w:t>pelos fundamentos a seguir expostos:</w:t>
      </w:r>
    </w:p>
    <w:p w14:paraId="696DBCCD" w14:textId="77777777" w:rsidR="00322AB7" w:rsidRDefault="00322AB7" w:rsidP="00FF35CB">
      <w:pPr>
        <w:spacing w:after="0" w:line="360" w:lineRule="auto"/>
        <w:jc w:val="both"/>
      </w:pPr>
    </w:p>
    <w:p w14:paraId="31F0FCE2" w14:textId="77777777" w:rsidR="00322AB7" w:rsidRPr="00FF35CB" w:rsidRDefault="00000000" w:rsidP="00FF35CB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I – DOS FATOS</w:t>
      </w:r>
    </w:p>
    <w:p w14:paraId="05223FF9" w14:textId="77777777" w:rsidR="00322AB7" w:rsidRDefault="00322AB7" w:rsidP="00FF35CB">
      <w:pPr>
        <w:spacing w:after="0" w:line="360" w:lineRule="auto"/>
        <w:jc w:val="both"/>
      </w:pPr>
    </w:p>
    <w:p w14:paraId="0DFCED15" w14:textId="77777777" w:rsidR="00322AB7" w:rsidRDefault="00000000" w:rsidP="00FF35CB">
      <w:pPr>
        <w:spacing w:after="0" w:line="360" w:lineRule="auto"/>
        <w:jc w:val="both"/>
      </w:pPr>
      <w:r>
        <w:t>O Requerente é credor nos autos da Recuperação Judicial em epígrafe e constituiu como seu patrono o advogado subscritor, conforme procuração em anexo.</w:t>
      </w:r>
    </w:p>
    <w:p w14:paraId="3B1FE5E4" w14:textId="77777777" w:rsidR="00322AB7" w:rsidRDefault="00322AB7" w:rsidP="00FF35CB">
      <w:pPr>
        <w:spacing w:after="0" w:line="360" w:lineRule="auto"/>
        <w:jc w:val="both"/>
      </w:pPr>
    </w:p>
    <w:p w14:paraId="51C33C8F" w14:textId="77777777" w:rsidR="00322AB7" w:rsidRDefault="00000000" w:rsidP="00FF35CB">
      <w:pPr>
        <w:spacing w:after="0" w:line="360" w:lineRule="auto"/>
        <w:jc w:val="both"/>
      </w:pPr>
      <w:r>
        <w:t>Todavia, até o presente momento, não consta nos autos a regular habilitação do patrono para fins de intimação dos atos processuais.</w:t>
      </w:r>
    </w:p>
    <w:p w14:paraId="49F726E5" w14:textId="77777777" w:rsidR="00322AB7" w:rsidRDefault="00322AB7" w:rsidP="00FF35CB">
      <w:pPr>
        <w:spacing w:after="0" w:line="360" w:lineRule="auto"/>
        <w:jc w:val="both"/>
      </w:pPr>
    </w:p>
    <w:p w14:paraId="299BFD14" w14:textId="77777777" w:rsidR="00322AB7" w:rsidRPr="00FF35CB" w:rsidRDefault="00000000" w:rsidP="00FF35CB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II – DO DIREITO</w:t>
      </w:r>
    </w:p>
    <w:p w14:paraId="6048B298" w14:textId="77777777" w:rsidR="00322AB7" w:rsidRDefault="00322AB7" w:rsidP="00FF35CB">
      <w:pPr>
        <w:spacing w:after="0" w:line="360" w:lineRule="auto"/>
        <w:jc w:val="both"/>
      </w:pPr>
    </w:p>
    <w:p w14:paraId="5FF85240" w14:textId="77777777" w:rsidR="00322AB7" w:rsidRDefault="00000000" w:rsidP="00FF35CB">
      <w:pPr>
        <w:spacing w:after="0" w:line="360" w:lineRule="auto"/>
        <w:jc w:val="both"/>
      </w:pPr>
      <w:r>
        <w:t>Nos termos do art. 272, § 2º, do Código de Processo Civil, as intimações devem ser realizadas em nome do advogado constituído, sob pena de nulidade, quando houver requerimento expresso nesse sentido.</w:t>
      </w:r>
    </w:p>
    <w:p w14:paraId="547843B4" w14:textId="77777777" w:rsidR="00322AB7" w:rsidRDefault="00322AB7" w:rsidP="00FF35CB">
      <w:pPr>
        <w:spacing w:after="0" w:line="360" w:lineRule="auto"/>
        <w:jc w:val="both"/>
      </w:pPr>
    </w:p>
    <w:p w14:paraId="24CA4428" w14:textId="77777777" w:rsidR="00322AB7" w:rsidRDefault="00000000" w:rsidP="00FF35CB">
      <w:pPr>
        <w:spacing w:after="0" w:line="360" w:lineRule="auto"/>
        <w:jc w:val="both"/>
      </w:pPr>
      <w:r>
        <w:t>Dispõe o art. 272, § 5º, do CPC:</w:t>
      </w:r>
    </w:p>
    <w:p w14:paraId="7EA57E5B" w14:textId="77777777" w:rsidR="00322AB7" w:rsidRDefault="00322AB7" w:rsidP="00FF35CB">
      <w:pPr>
        <w:spacing w:after="0" w:line="360" w:lineRule="auto"/>
        <w:jc w:val="both"/>
      </w:pPr>
    </w:p>
    <w:p w14:paraId="2DED625E" w14:textId="77777777" w:rsidR="00322AB7" w:rsidRDefault="00000000" w:rsidP="00FF35CB">
      <w:pPr>
        <w:spacing w:after="0" w:line="360" w:lineRule="auto"/>
        <w:jc w:val="both"/>
      </w:pPr>
      <w:r>
        <w:lastRenderedPageBreak/>
        <w:t>“Constando dos autos pedido expresso para que as comunicações dos atos processuais sejam feitas em nome dos advogados indicados, o seu desatendimento implicará nulidade.”</w:t>
      </w:r>
    </w:p>
    <w:p w14:paraId="06E38CFD" w14:textId="77777777" w:rsidR="00322AB7" w:rsidRDefault="00322AB7" w:rsidP="00FF35CB">
      <w:pPr>
        <w:spacing w:after="0" w:line="360" w:lineRule="auto"/>
        <w:jc w:val="both"/>
      </w:pPr>
    </w:p>
    <w:p w14:paraId="62A47B68" w14:textId="77777777" w:rsidR="00322AB7" w:rsidRDefault="00000000" w:rsidP="00FF35CB">
      <w:pPr>
        <w:spacing w:after="0" w:line="360" w:lineRule="auto"/>
        <w:jc w:val="both"/>
      </w:pPr>
      <w:r>
        <w:t>Assim, para a garantia do contraditório e da ampla defesa (art. 5º, LV, da Constituição Federal), é imprescindível que todas as futuras intimações sejam realizadas exclusivamente em nome do patrono do Requerente.</w:t>
      </w:r>
    </w:p>
    <w:p w14:paraId="5B1F3925" w14:textId="77777777" w:rsidR="00322AB7" w:rsidRDefault="00322AB7" w:rsidP="00FF35CB">
      <w:pPr>
        <w:spacing w:after="0" w:line="360" w:lineRule="auto"/>
        <w:jc w:val="both"/>
      </w:pPr>
    </w:p>
    <w:p w14:paraId="57E01DA7" w14:textId="77777777" w:rsidR="00322AB7" w:rsidRPr="00FF35CB" w:rsidRDefault="00000000" w:rsidP="00FF35CB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III – DO PEDIDO</w:t>
      </w:r>
    </w:p>
    <w:p w14:paraId="4BDE6802" w14:textId="77777777" w:rsidR="00322AB7" w:rsidRDefault="00322AB7" w:rsidP="00FF35CB">
      <w:pPr>
        <w:spacing w:after="0" w:line="360" w:lineRule="auto"/>
        <w:jc w:val="both"/>
      </w:pPr>
    </w:p>
    <w:p w14:paraId="2E48F47C" w14:textId="77777777" w:rsidR="00322AB7" w:rsidRDefault="00000000" w:rsidP="00FF35CB">
      <w:pPr>
        <w:spacing w:after="0" w:line="360" w:lineRule="auto"/>
        <w:jc w:val="both"/>
      </w:pPr>
      <w:r>
        <w:t>Diante do exposto, requer:</w:t>
      </w:r>
    </w:p>
    <w:p w14:paraId="3FD81822" w14:textId="77777777" w:rsidR="00322AB7" w:rsidRDefault="00322AB7" w:rsidP="00FF35CB">
      <w:pPr>
        <w:spacing w:after="0" w:line="360" w:lineRule="auto"/>
        <w:jc w:val="both"/>
      </w:pPr>
    </w:p>
    <w:p w14:paraId="60229715" w14:textId="77777777" w:rsidR="00322AB7" w:rsidRDefault="00000000" w:rsidP="00FF35CB">
      <w:pPr>
        <w:spacing w:after="0" w:line="360" w:lineRule="auto"/>
        <w:jc w:val="both"/>
      </w:pPr>
      <w:r>
        <w:t>a) a juntada da procuração anexa aos autos da Recuperação Judicial;</w:t>
      </w:r>
    </w:p>
    <w:p w14:paraId="2A0AEC74" w14:textId="77777777" w:rsidR="00322AB7" w:rsidRDefault="00322AB7" w:rsidP="00FF35CB">
      <w:pPr>
        <w:spacing w:after="0" w:line="360" w:lineRule="auto"/>
        <w:jc w:val="both"/>
      </w:pPr>
    </w:p>
    <w:p w14:paraId="001DE03B" w14:textId="77777777" w:rsidR="00322AB7" w:rsidRDefault="00000000" w:rsidP="00FF35CB">
      <w:pPr>
        <w:spacing w:after="0" w:line="360" w:lineRule="auto"/>
        <w:jc w:val="both"/>
      </w:pPr>
      <w:r>
        <w:t>b) que todas as intimações, publicações e comunicações dos atos processuais passem a ser realizadas EXCLUSIVAMENTE em nome do advogado ____________________, inscrito na OAB/___ nº _______, sob pena de nulidade, nos termos do art. 272, §§ 2º e 5º, do Código de Processo Civil;</w:t>
      </w:r>
    </w:p>
    <w:p w14:paraId="152FF2DB" w14:textId="77777777" w:rsidR="00322AB7" w:rsidRDefault="00322AB7" w:rsidP="00FF35CB">
      <w:pPr>
        <w:spacing w:after="0" w:line="360" w:lineRule="auto"/>
        <w:jc w:val="both"/>
      </w:pPr>
    </w:p>
    <w:p w14:paraId="6B84709B" w14:textId="77777777" w:rsidR="00322AB7" w:rsidRDefault="00000000" w:rsidP="00FF35CB">
      <w:pPr>
        <w:spacing w:after="0" w:line="360" w:lineRule="auto"/>
        <w:jc w:val="both"/>
      </w:pPr>
      <w:r>
        <w:t>c) que conste expressamente no sistema eletrônico do processo o nome do patrono acima indicado para fins de intimação.</w:t>
      </w:r>
    </w:p>
    <w:p w14:paraId="52E0E998" w14:textId="77777777" w:rsidR="00322AB7" w:rsidRDefault="00322AB7" w:rsidP="00FF35CB">
      <w:pPr>
        <w:spacing w:after="0" w:line="360" w:lineRule="auto"/>
        <w:jc w:val="both"/>
      </w:pPr>
    </w:p>
    <w:p w14:paraId="196E3EDE" w14:textId="77777777" w:rsidR="00322AB7" w:rsidRDefault="00000000" w:rsidP="00FF35CB">
      <w:pPr>
        <w:spacing w:after="0" w:line="360" w:lineRule="auto"/>
        <w:jc w:val="both"/>
      </w:pPr>
      <w:r>
        <w:t>Termos em que pede.</w:t>
      </w:r>
    </w:p>
    <w:p w14:paraId="356E8B8A" w14:textId="77777777" w:rsidR="00322AB7" w:rsidRDefault="00000000" w:rsidP="00FF35CB">
      <w:pPr>
        <w:spacing w:after="0" w:line="360" w:lineRule="auto"/>
        <w:jc w:val="both"/>
      </w:pPr>
      <w:r>
        <w:t>Deferimento.</w:t>
      </w:r>
    </w:p>
    <w:p w14:paraId="6CEBEC25" w14:textId="77777777" w:rsidR="00322AB7" w:rsidRDefault="00322AB7" w:rsidP="00FF35CB">
      <w:pPr>
        <w:spacing w:after="0" w:line="360" w:lineRule="auto"/>
        <w:jc w:val="both"/>
      </w:pPr>
    </w:p>
    <w:p w14:paraId="31CF3E6E" w14:textId="77777777" w:rsidR="00322AB7" w:rsidRDefault="00000000" w:rsidP="00FF35CB">
      <w:pPr>
        <w:spacing w:after="0" w:line="360" w:lineRule="auto"/>
        <w:jc w:val="both"/>
      </w:pPr>
      <w:r>
        <w:t>(local), ___ de __________.</w:t>
      </w:r>
    </w:p>
    <w:p w14:paraId="769AC684" w14:textId="77777777" w:rsidR="00322AB7" w:rsidRDefault="00322AB7" w:rsidP="00FF35CB">
      <w:pPr>
        <w:spacing w:after="0" w:line="360" w:lineRule="auto"/>
        <w:jc w:val="both"/>
      </w:pPr>
    </w:p>
    <w:p w14:paraId="01B7BAD4" w14:textId="77777777" w:rsidR="00FF35CB" w:rsidRDefault="00FF35CB" w:rsidP="00FF35CB">
      <w:pPr>
        <w:spacing w:after="0" w:line="360" w:lineRule="auto"/>
        <w:jc w:val="both"/>
      </w:pPr>
    </w:p>
    <w:p w14:paraId="2ABEBDE0" w14:textId="77777777" w:rsidR="00322AB7" w:rsidRPr="00FF35CB" w:rsidRDefault="00000000" w:rsidP="00FF35CB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ADVOGADO</w:t>
      </w:r>
    </w:p>
    <w:p w14:paraId="728700E1" w14:textId="77777777" w:rsidR="00322AB7" w:rsidRPr="00FF35CB" w:rsidRDefault="00000000" w:rsidP="00FF35CB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OAB/UF nº _____</w:t>
      </w:r>
    </w:p>
    <w:p w14:paraId="4039B505" w14:textId="77777777" w:rsidR="00322AB7" w:rsidRDefault="00322AB7" w:rsidP="00FF35CB">
      <w:pPr>
        <w:spacing w:after="0" w:line="360" w:lineRule="auto"/>
        <w:jc w:val="center"/>
      </w:pPr>
    </w:p>
    <w:sectPr w:rsidR="00322AB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9623698">
    <w:abstractNumId w:val="8"/>
  </w:num>
  <w:num w:numId="2" w16cid:durableId="1392539516">
    <w:abstractNumId w:val="6"/>
  </w:num>
  <w:num w:numId="3" w16cid:durableId="1725369909">
    <w:abstractNumId w:val="5"/>
  </w:num>
  <w:num w:numId="4" w16cid:durableId="1279996149">
    <w:abstractNumId w:val="4"/>
  </w:num>
  <w:num w:numId="5" w16cid:durableId="1087733360">
    <w:abstractNumId w:val="7"/>
  </w:num>
  <w:num w:numId="6" w16cid:durableId="1444806769">
    <w:abstractNumId w:val="3"/>
  </w:num>
  <w:num w:numId="7" w16cid:durableId="291136611">
    <w:abstractNumId w:val="2"/>
  </w:num>
  <w:num w:numId="8" w16cid:durableId="1969429080">
    <w:abstractNumId w:val="1"/>
  </w:num>
  <w:num w:numId="9" w16cid:durableId="135808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2AB7"/>
    <w:rsid w:val="00326F90"/>
    <w:rsid w:val="00390422"/>
    <w:rsid w:val="006001B1"/>
    <w:rsid w:val="00AA1D8D"/>
    <w:rsid w:val="00B47730"/>
    <w:rsid w:val="00CB0664"/>
    <w:rsid w:val="00D23E35"/>
    <w:rsid w:val="00FC693F"/>
    <w:rsid w:val="00FF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94AD90"/>
  <w14:defaultImageDpi w14:val="300"/>
  <w15:docId w15:val="{03E2E33F-4BEE-6C48-8087-F30787A7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?>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322</Words>
  <Characters>1768</Characters>
  <Application>Microsoft Office Word</Application>
  <DocSecurity>0</DocSecurity>
  <Lines>63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Filipe Denki Belem Pacheco</cp:lastModifiedBy>
  <cp:revision>4</cp:revision>
  <dcterms:created xsi:type="dcterms:W3CDTF">2026-01-07T17:07:00Z</dcterms:created>
  <dcterms:modified xsi:type="dcterms:W3CDTF">2026-01-07T17:09:00Z</dcterms:modified>
  <cp:category/>
</cp:coreProperties>
</file>