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4BEF" w14:textId="77777777" w:rsidR="0083546B" w:rsidRDefault="0083546B" w:rsidP="0046179C">
      <w:pPr>
        <w:spacing w:after="0" w:line="360" w:lineRule="auto"/>
        <w:jc w:val="both"/>
      </w:pPr>
    </w:p>
    <w:p w14:paraId="5F29CCF7" w14:textId="77777777" w:rsidR="0083546B" w:rsidRPr="00F05CE1" w:rsidRDefault="00000000" w:rsidP="0046179C">
      <w:pPr>
        <w:spacing w:after="0" w:line="360" w:lineRule="auto"/>
        <w:jc w:val="center"/>
        <w:rPr>
          <w:b/>
          <w:bCs/>
        </w:rPr>
      </w:pPr>
      <w:r>
        <w:rPr>
          <w:b/>
          <w:bCs/>
        </w:rPr>
        <w:t>OBJEÇÃO AO PLANO</w:t>
      </w:r>
    </w:p>
    <w:p w14:paraId="61A901F6" w14:textId="77777777" w:rsidR="0083546B" w:rsidRDefault="0083546B" w:rsidP="0046179C">
      <w:pPr>
        <w:spacing w:after="0" w:line="360" w:lineRule="auto"/>
        <w:jc w:val="both"/>
      </w:pPr>
    </w:p>
    <w:p w14:paraId="2BBD193A" w14:textId="77777777" w:rsidR="0083546B" w:rsidRPr="00F05CE1" w:rsidRDefault="00000000" w:rsidP="0046179C">
      <w:pPr>
        <w:spacing w:after="0" w:line="360" w:lineRule="auto"/>
        <w:jc w:val="both"/>
        <w:rPr>
          <w:b/>
          <w:bCs/>
        </w:rPr>
      </w:pPr>
      <w:r>
        <w:rPr>
          <w:b/>
          <w:bCs/>
        </w:rPr>
        <w:t>AO JUÍZO DA ___ VARA CÍVEL DA COMARCA DE ___</w:t>
      </w:r>
    </w:p>
    <w:p w14:paraId="107D9E44" w14:textId="77777777" w:rsidR="0083546B" w:rsidRDefault="0083546B" w:rsidP="0046179C">
      <w:pPr>
        <w:spacing w:after="0" w:line="360" w:lineRule="auto"/>
        <w:jc w:val="both"/>
      </w:pPr>
    </w:p>
    <w:p w14:paraId="3E2D4229" w14:textId="77777777" w:rsidR="0083546B" w:rsidRDefault="00000000" w:rsidP="0046179C">
      <w:pPr>
        <w:spacing w:after="0" w:line="360" w:lineRule="auto"/>
        <w:jc w:val="both"/>
      </w:pPr>
      <w:r>
        <w:t>Processo nº (número do processo de recuperação judicial)</w:t>
      </w:r>
    </w:p>
    <w:p w14:paraId="69500638" w14:textId="77777777" w:rsidR="0083546B" w:rsidRDefault="00000000" w:rsidP="0046179C">
      <w:pPr>
        <w:spacing w:after="0" w:line="360" w:lineRule="auto"/>
        <w:jc w:val="both"/>
      </w:pPr>
      <w:r>
        <w:t>Recuperanda: XXXX</w:t>
      </w:r>
    </w:p>
    <w:p w14:paraId="3E0B7EB1" w14:textId="77777777" w:rsidR="0083546B" w:rsidRDefault="0083546B" w:rsidP="0046179C">
      <w:pPr>
        <w:spacing w:after="0" w:line="360" w:lineRule="auto"/>
        <w:jc w:val="both"/>
      </w:pPr>
    </w:p>
    <w:p w14:paraId="5A0818CD" w14:textId="77777777" w:rsidR="0083546B" w:rsidRDefault="00000000" w:rsidP="0046179C">
      <w:pPr>
        <w:spacing w:after="0" w:line="360" w:lineRule="auto"/>
        <w:jc w:val="both"/>
      </w:pPr>
      <w:r>
        <w:t>NOME DO CREDOR (SE PESSOA FÍSICA, nacionalidade, estado civil, profissão, CPF, RG, endereço; SE PESSOA JURÍDICA: CNPJ, endereço da sede, representada por ___), telefone e e-mail para contato, através de seu procurador infra-assinado, vem perante Vossa Excelência, com fundamento no art. 55 da Lei nº 11.101/2005, apresentar sua</w:t>
      </w:r>
    </w:p>
    <w:p w14:paraId="03AC5BC6" w14:textId="77777777" w:rsidR="0083546B" w:rsidRDefault="0083546B" w:rsidP="0046179C">
      <w:pPr>
        <w:spacing w:after="0" w:line="360" w:lineRule="auto"/>
        <w:jc w:val="both"/>
      </w:pPr>
    </w:p>
    <w:p w14:paraId="0649729B" w14:textId="77777777" w:rsidR="0083546B" w:rsidRPr="00F05CE1" w:rsidRDefault="00000000" w:rsidP="0046179C">
      <w:pPr>
        <w:spacing w:after="0" w:line="360" w:lineRule="auto"/>
        <w:jc w:val="both"/>
        <w:rPr>
          <w:b/>
          <w:bCs/>
        </w:rPr>
      </w:pPr>
      <w:r>
        <w:rPr>
          <w:b/>
          <w:bCs/>
        </w:rPr>
        <w:t>OBJEÇÃO AO PLANO</w:t>
      </w:r>
    </w:p>
    <w:p w14:paraId="4ABE5636" w14:textId="77777777" w:rsidR="0083546B" w:rsidRDefault="0083546B" w:rsidP="0046179C">
      <w:pPr>
        <w:spacing w:after="0" w:line="360" w:lineRule="auto"/>
        <w:jc w:val="both"/>
      </w:pPr>
    </w:p>
    <w:p w14:paraId="02FE2E69" w14:textId="77777777" w:rsidR="0083546B" w:rsidRDefault="00000000" w:rsidP="0046179C">
      <w:pPr>
        <w:spacing w:after="0" w:line="360" w:lineRule="auto"/>
        <w:jc w:val="both"/>
      </w:pPr>
      <w:r>
        <w:t>expondo, para tanto, os motivos de fato e de direito a seguir expostos:</w:t>
      </w:r>
    </w:p>
    <w:p w14:paraId="6C472EFC" w14:textId="77777777" w:rsidR="0083546B" w:rsidRDefault="0083546B" w:rsidP="0046179C">
      <w:pPr>
        <w:spacing w:after="0" w:line="360" w:lineRule="auto"/>
        <w:jc w:val="both"/>
      </w:pPr>
    </w:p>
    <w:p w14:paraId="01E26646" w14:textId="77777777" w:rsidR="0083546B" w:rsidRPr="00F05CE1" w:rsidRDefault="00000000" w:rsidP="0046179C">
      <w:pPr>
        <w:spacing w:after="0" w:line="360" w:lineRule="auto"/>
        <w:jc w:val="both"/>
        <w:rPr>
          <w:b/>
          <w:bCs/>
        </w:rPr>
      </w:pPr>
      <w:r>
        <w:rPr>
          <w:b/>
          <w:bCs/>
        </w:rPr>
        <w:t>I – DOS FATOS E FUNDAMENTOS</w:t>
      </w:r>
    </w:p>
    <w:p w14:paraId="657A450C" w14:textId="77777777" w:rsidR="0083546B" w:rsidRDefault="0083546B" w:rsidP="0046179C">
      <w:pPr>
        <w:spacing w:after="0" w:line="360" w:lineRule="auto"/>
        <w:jc w:val="both"/>
      </w:pPr>
    </w:p>
    <w:p w14:paraId="1EB7D15A" w14:textId="77777777" w:rsidR="0083546B" w:rsidRDefault="00000000" w:rsidP="0046179C">
      <w:pPr>
        <w:spacing w:after="0" w:line="360" w:lineRule="auto"/>
        <w:jc w:val="both"/>
      </w:pPr>
      <w:r>
        <w:t>No dia xx/xx/xxxx foi apresentado pela recuperanda/devedora o plano de recuperação judicial.</w:t>
      </w:r>
    </w:p>
    <w:p w14:paraId="0CE73B12" w14:textId="77777777" w:rsidR="0083546B" w:rsidRDefault="0083546B" w:rsidP="0046179C">
      <w:pPr>
        <w:spacing w:after="0" w:line="360" w:lineRule="auto"/>
        <w:jc w:val="both"/>
      </w:pPr>
    </w:p>
    <w:p w14:paraId="1DD1DF0F" w14:textId="77777777" w:rsidR="0083546B" w:rsidRDefault="00000000" w:rsidP="0046179C">
      <w:pPr>
        <w:spacing w:after="0" w:line="360" w:lineRule="auto"/>
        <w:jc w:val="both"/>
      </w:pPr>
      <w:r>
        <w:t>O Requerente vem apresentar objeção ao Plano de Recuperação Judicial apresentado pela Recuperanda, uma vez que os prazos ali constantes são inaceitáveis, pois são demasiadamente longos, sendo que em todos os processos de recuperação judicial os pagamentos são efetuados em prazo inferior, após o prazo de carência.</w:t>
      </w:r>
    </w:p>
    <w:p w14:paraId="1766FACC" w14:textId="77777777" w:rsidR="0083546B" w:rsidRDefault="0083546B" w:rsidP="0046179C">
      <w:pPr>
        <w:spacing w:after="0" w:line="360" w:lineRule="auto"/>
        <w:jc w:val="both"/>
      </w:pPr>
    </w:p>
    <w:p w14:paraId="64B02E5D" w14:textId="77777777" w:rsidR="0083546B" w:rsidRDefault="00000000" w:rsidP="0046179C">
      <w:pPr>
        <w:spacing w:after="0" w:line="360" w:lineRule="auto"/>
        <w:jc w:val="both"/>
      </w:pPr>
      <w:r>
        <w:t>Entretanto, o Requerente discorda do plano apresentado pelos seguintes motivos:</w:t>
      </w:r>
    </w:p>
    <w:p w14:paraId="55EF7FD9" w14:textId="77777777" w:rsidR="0083546B" w:rsidRDefault="0083546B" w:rsidP="0046179C">
      <w:pPr>
        <w:spacing w:after="0" w:line="360" w:lineRule="auto"/>
        <w:jc w:val="both"/>
      </w:pPr>
    </w:p>
    <w:p w14:paraId="60088E68" w14:textId="77777777" w:rsidR="0083546B" w:rsidRDefault="00000000" w:rsidP="0046179C">
      <w:pPr>
        <w:spacing w:after="0" w:line="360" w:lineRule="auto"/>
        <w:jc w:val="both"/>
      </w:pPr>
      <w:r>
        <w:t>Fundamento Jurídico: Arts. 55 e 56 da Lei nº 11.101/05.</w:t>
      </w:r>
    </w:p>
    <w:p w14:paraId="434C1F2C" w14:textId="77777777" w:rsidR="0083546B" w:rsidRDefault="0083546B" w:rsidP="0046179C">
      <w:pPr>
        <w:spacing w:after="0" w:line="360" w:lineRule="auto"/>
        <w:jc w:val="both"/>
      </w:pPr>
    </w:p>
    <w:p w14:paraId="5A54AA55" w14:textId="77777777" w:rsidR="0083546B" w:rsidRPr="00F05CE1" w:rsidRDefault="00000000" w:rsidP="0046179C">
      <w:pPr>
        <w:spacing w:after="0" w:line="360" w:lineRule="auto"/>
        <w:jc w:val="both"/>
        <w:rPr>
          <w:b/>
          <w:bCs/>
        </w:rPr>
      </w:pPr>
      <w:r>
        <w:rPr>
          <w:b/>
          <w:bCs/>
        </w:rPr>
        <w:t>III – DOS PEDIDOS</w:t>
      </w:r>
    </w:p>
    <w:p w14:paraId="7D17666D" w14:textId="77777777" w:rsidR="0083546B" w:rsidRDefault="0083546B" w:rsidP="0046179C">
      <w:pPr>
        <w:spacing w:after="0" w:line="360" w:lineRule="auto"/>
        <w:jc w:val="both"/>
      </w:pPr>
    </w:p>
    <w:p w14:paraId="05C164DA" w14:textId="77777777" w:rsidR="0083546B" w:rsidRDefault="00000000" w:rsidP="0046179C">
      <w:pPr>
        <w:spacing w:after="0" w:line="360" w:lineRule="auto"/>
        <w:jc w:val="both"/>
      </w:pPr>
      <w:r>
        <w:lastRenderedPageBreak/>
        <w:t>Isso posto, requer o Requerente seja convocada Assembleia Geral de Credores para deliberação sobre o Plano de Recuperação Judicial, na forma do art. 56 da Lei nº 11.101/2005.</w:t>
      </w:r>
    </w:p>
    <w:p w14:paraId="6746BF68" w14:textId="77777777" w:rsidR="0083546B" w:rsidRDefault="0083546B" w:rsidP="0046179C">
      <w:pPr>
        <w:spacing w:after="0" w:line="360" w:lineRule="auto"/>
        <w:jc w:val="both"/>
      </w:pPr>
    </w:p>
    <w:p w14:paraId="2029EC2C" w14:textId="77777777" w:rsidR="0083546B" w:rsidRDefault="00000000" w:rsidP="0046179C">
      <w:pPr>
        <w:spacing w:after="0" w:line="360" w:lineRule="auto"/>
        <w:jc w:val="both"/>
      </w:pPr>
      <w:r>
        <w:t>Termos em que pede.</w:t>
      </w:r>
    </w:p>
    <w:p w14:paraId="03562356" w14:textId="77777777" w:rsidR="0083546B" w:rsidRDefault="00000000" w:rsidP="0046179C">
      <w:pPr>
        <w:spacing w:after="0" w:line="360" w:lineRule="auto"/>
        <w:jc w:val="both"/>
      </w:pPr>
      <w:r>
        <w:t>Deferimento.</w:t>
      </w:r>
    </w:p>
    <w:p w14:paraId="1A965B6F" w14:textId="77777777" w:rsidR="0083546B" w:rsidRDefault="0083546B" w:rsidP="0046179C">
      <w:pPr>
        <w:spacing w:after="0" w:line="360" w:lineRule="auto"/>
        <w:jc w:val="both"/>
      </w:pPr>
    </w:p>
    <w:p w14:paraId="153E65DA" w14:textId="77777777" w:rsidR="0083546B" w:rsidRDefault="00000000" w:rsidP="0046179C">
      <w:pPr>
        <w:spacing w:after="0" w:line="360" w:lineRule="auto"/>
        <w:jc w:val="both"/>
      </w:pPr>
      <w:r>
        <w:t>(local), ___ de __________.</w:t>
      </w:r>
    </w:p>
    <w:p w14:paraId="15D61C56" w14:textId="77777777" w:rsidR="0083546B" w:rsidRDefault="0083546B" w:rsidP="0046179C">
      <w:pPr>
        <w:spacing w:after="0" w:line="360" w:lineRule="auto"/>
        <w:jc w:val="both"/>
      </w:pPr>
    </w:p>
    <w:p w14:paraId="5209D54D" w14:textId="77777777" w:rsidR="0083546B" w:rsidRPr="00F05CE1" w:rsidRDefault="00000000" w:rsidP="0046179C">
      <w:pPr>
        <w:spacing w:after="0" w:line="360" w:lineRule="auto"/>
        <w:jc w:val="both"/>
        <w:rPr>
          <w:b/>
          <w:bCs/>
        </w:rPr>
      </w:pPr>
      <w:r>
        <w:rPr>
          <w:b/>
          <w:bCs/>
        </w:rPr>
        <w:t>ADVOGADO – OAB/UF</w:t>
      </w:r>
    </w:p>
    <w:p w14:paraId="5E48BE71" w14:textId="77777777" w:rsidR="0083546B" w:rsidRDefault="0083546B" w:rsidP="0046179C">
      <w:pPr>
        <w:spacing w:after="0" w:line="360" w:lineRule="auto"/>
        <w:jc w:val="both"/>
      </w:pPr>
    </w:p>
    <w:sectPr w:rsidR="0083546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445079273">
    <w:abstractNumId w:val="8"/>
  </w:num>
  <w:num w:numId="2" w16cid:durableId="173345428">
    <w:abstractNumId w:val="6"/>
  </w:num>
  <w:num w:numId="3" w16cid:durableId="462188018">
    <w:abstractNumId w:val="5"/>
  </w:num>
  <w:num w:numId="4" w16cid:durableId="1381706556">
    <w:abstractNumId w:val="4"/>
  </w:num>
  <w:num w:numId="5" w16cid:durableId="2113746765">
    <w:abstractNumId w:val="7"/>
  </w:num>
  <w:num w:numId="6" w16cid:durableId="196240507">
    <w:abstractNumId w:val="3"/>
  </w:num>
  <w:num w:numId="7" w16cid:durableId="852109614">
    <w:abstractNumId w:val="2"/>
  </w:num>
  <w:num w:numId="8" w16cid:durableId="1820658422">
    <w:abstractNumId w:val="1"/>
  </w:num>
  <w:num w:numId="9" w16cid:durableId="1260599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6179C"/>
    <w:rsid w:val="006001B1"/>
    <w:rsid w:val="0083546B"/>
    <w:rsid w:val="00AA1D8D"/>
    <w:rsid w:val="00B47730"/>
    <w:rsid w:val="00CB0664"/>
    <w:rsid w:val="00F05CE1"/>
    <w:rsid w:val="00F927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852A26"/>
  <w14:defaultImageDpi w14:val="300"/>
  <w15:docId w15:val="{03E2E33F-4BEE-6C48-8087-F30787A7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1197</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Filipe Denki Belem Pacheco</cp:lastModifiedBy>
  <cp:revision>4</cp:revision>
  <dcterms:created xsi:type="dcterms:W3CDTF">2026-01-07T17:03:00Z</dcterms:created>
  <dcterms:modified xsi:type="dcterms:W3CDTF">2026-01-07T17:09:00Z</dcterms:modified>
  <cp:category/>
</cp:coreProperties>
</file>