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93E0" w14:textId="77777777" w:rsidR="00772AFA" w:rsidRDefault="00772AFA" w:rsidP="00401DE7">
      <w:pPr>
        <w:spacing w:after="0" w:line="360" w:lineRule="auto"/>
        <w:jc w:val="both"/>
      </w:pPr>
    </w:p>
    <w:p w14:paraId="1A0DE64C" w14:textId="77777777" w:rsidR="00772AFA" w:rsidRPr="002E6E6A" w:rsidRDefault="00000000" w:rsidP="00401DE7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IMPUGNAÇÃO AO CRÉDITO</w:t>
      </w:r>
    </w:p>
    <w:p w14:paraId="2248B6FF" w14:textId="77777777" w:rsidR="00772AFA" w:rsidRDefault="00772AFA" w:rsidP="00401DE7">
      <w:pPr>
        <w:spacing w:after="0" w:line="360" w:lineRule="auto"/>
        <w:jc w:val="both"/>
      </w:pPr>
    </w:p>
    <w:p w14:paraId="5AA10FC1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AO JUÍZO DA ___ VARA CÍVEL DA COMARCA DE ___</w:t>
      </w:r>
    </w:p>
    <w:p w14:paraId="6FE64503" w14:textId="77777777" w:rsidR="00772AFA" w:rsidRDefault="00772AFA" w:rsidP="00401DE7">
      <w:pPr>
        <w:spacing w:after="0" w:line="360" w:lineRule="auto"/>
        <w:jc w:val="both"/>
      </w:pPr>
    </w:p>
    <w:p w14:paraId="6FF2857D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Por dependência à recuperação judicial nº XXXX</w:t>
      </w:r>
    </w:p>
    <w:p w14:paraId="45F800EC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Recuperanda: XXXX</w:t>
      </w:r>
    </w:p>
    <w:p w14:paraId="564848F5" w14:textId="77777777" w:rsidR="00772AFA" w:rsidRDefault="00772AFA" w:rsidP="00401DE7">
      <w:pPr>
        <w:spacing w:after="0" w:line="360" w:lineRule="auto"/>
        <w:jc w:val="both"/>
      </w:pPr>
    </w:p>
    <w:p w14:paraId="2E23B612" w14:textId="77777777" w:rsidR="00772AFA" w:rsidRDefault="00000000" w:rsidP="00401DE7">
      <w:pPr>
        <w:spacing w:after="0" w:line="360" w:lineRule="auto"/>
        <w:jc w:val="both"/>
      </w:pPr>
      <w:r>
        <w:t>NOME DO CREDOR (SE PESSOA FÍSICA, nacionalidade, estado civil, profissão, CPF, RG, endereço; SE PESSOA JURÍDICA: CNPJ, endereço da sede, representada por ___), telefone e e-mail para contato, vem perante Vossa Excelência, com fundamento nos artigos 8º, 13 e 15 da Lei nº 11.101/2005, apresentar sua</w:t>
      </w:r>
    </w:p>
    <w:p w14:paraId="2B0CACED" w14:textId="77777777" w:rsidR="00772AFA" w:rsidRDefault="00772AFA" w:rsidP="00401DE7">
      <w:pPr>
        <w:spacing w:after="0" w:line="360" w:lineRule="auto"/>
        <w:jc w:val="both"/>
      </w:pPr>
    </w:p>
    <w:p w14:paraId="2052D884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IMPUGNAÇÃO AO CRÉDITO</w:t>
      </w:r>
    </w:p>
    <w:p w14:paraId="25490052" w14:textId="77777777" w:rsidR="00772AFA" w:rsidRDefault="00772AFA" w:rsidP="00401DE7">
      <w:pPr>
        <w:spacing w:after="0" w:line="360" w:lineRule="auto"/>
        <w:jc w:val="both"/>
      </w:pPr>
    </w:p>
    <w:p w14:paraId="7C9DFE63" w14:textId="77777777" w:rsidR="00772AFA" w:rsidRDefault="00000000" w:rsidP="00401DE7">
      <w:pPr>
        <w:spacing w:after="0" w:line="360" w:lineRule="auto"/>
        <w:jc w:val="both"/>
      </w:pPr>
      <w:r>
        <w:t>expondo, para tanto, os motivos de fato e de direito a seguir expostos:</w:t>
      </w:r>
    </w:p>
    <w:p w14:paraId="5435096F" w14:textId="77777777" w:rsidR="00772AFA" w:rsidRDefault="00772AFA" w:rsidP="00401DE7">
      <w:pPr>
        <w:spacing w:after="0" w:line="360" w:lineRule="auto"/>
        <w:jc w:val="both"/>
      </w:pPr>
    </w:p>
    <w:p w14:paraId="11B7CFB4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 – DOS FATOS</w:t>
      </w:r>
    </w:p>
    <w:p w14:paraId="53A7E0D7" w14:textId="77777777" w:rsidR="00772AFA" w:rsidRDefault="00772AFA" w:rsidP="00401DE7">
      <w:pPr>
        <w:spacing w:after="0" w:line="360" w:lineRule="auto"/>
        <w:jc w:val="both"/>
      </w:pPr>
    </w:p>
    <w:p w14:paraId="6A6977A3" w14:textId="77777777" w:rsidR="00772AFA" w:rsidRDefault="00000000" w:rsidP="00401DE7">
      <w:pPr>
        <w:spacing w:after="0" w:line="360" w:lineRule="auto"/>
        <w:jc w:val="both"/>
      </w:pPr>
      <w:r>
        <w:t>Alegar que o Requerente é um credor da devedora/recuperanda que não teve seu crédito habilitado corretamente pelo administrador judicial.</w:t>
      </w:r>
    </w:p>
    <w:p w14:paraId="6B1F98C1" w14:textId="77777777" w:rsidR="00772AFA" w:rsidRDefault="00772AFA" w:rsidP="00401DE7">
      <w:pPr>
        <w:spacing w:after="0" w:line="360" w:lineRule="auto"/>
        <w:jc w:val="both"/>
      </w:pPr>
    </w:p>
    <w:p w14:paraId="36341D93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II – DO DIREITO</w:t>
      </w:r>
    </w:p>
    <w:p w14:paraId="085F54D1" w14:textId="77777777" w:rsidR="00772AFA" w:rsidRDefault="00772AFA" w:rsidP="00401DE7">
      <w:pPr>
        <w:spacing w:after="0" w:line="360" w:lineRule="auto"/>
        <w:jc w:val="both"/>
      </w:pPr>
    </w:p>
    <w:p w14:paraId="4C45832F" w14:textId="77777777" w:rsidR="00772AFA" w:rsidRDefault="00000000" w:rsidP="00401DE7">
      <w:pPr>
        <w:spacing w:after="0" w:line="360" w:lineRule="auto"/>
        <w:jc w:val="both"/>
      </w:pPr>
      <w:r>
        <w:t>Demonstrar que o crédito foi habilitado na classe errada ou pelo valor incorreto.</w:t>
      </w:r>
    </w:p>
    <w:p w14:paraId="21C670D3" w14:textId="77777777" w:rsidR="00772AFA" w:rsidRDefault="00772AFA" w:rsidP="00401DE7">
      <w:pPr>
        <w:spacing w:after="0" w:line="360" w:lineRule="auto"/>
        <w:jc w:val="both"/>
      </w:pPr>
    </w:p>
    <w:p w14:paraId="54E324D2" w14:textId="77777777" w:rsidR="00772AFA" w:rsidRDefault="00000000" w:rsidP="00401DE7">
      <w:pPr>
        <w:spacing w:after="0" w:line="360" w:lineRule="auto"/>
        <w:jc w:val="both"/>
      </w:pPr>
      <w:r>
        <w:t>Fundamento Jurídico: Arts. 8º, 13 e 15 da Lei nº 11.101/05.</w:t>
      </w:r>
    </w:p>
    <w:p w14:paraId="290861C9" w14:textId="77777777" w:rsidR="00772AFA" w:rsidRDefault="00772AFA" w:rsidP="00401DE7">
      <w:pPr>
        <w:spacing w:after="0" w:line="360" w:lineRule="auto"/>
        <w:jc w:val="both"/>
      </w:pPr>
    </w:p>
    <w:p w14:paraId="419C1929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III – DOS PEDIDOS</w:t>
      </w:r>
    </w:p>
    <w:p w14:paraId="1C7E1C21" w14:textId="77777777" w:rsidR="00772AFA" w:rsidRDefault="00772AFA" w:rsidP="00401DE7">
      <w:pPr>
        <w:spacing w:after="0" w:line="360" w:lineRule="auto"/>
        <w:jc w:val="both"/>
      </w:pPr>
    </w:p>
    <w:p w14:paraId="2D09D67C" w14:textId="77777777" w:rsidR="00772AFA" w:rsidRDefault="00000000" w:rsidP="00401DE7">
      <w:pPr>
        <w:spacing w:after="0" w:line="360" w:lineRule="auto"/>
        <w:jc w:val="both"/>
      </w:pPr>
      <w:r>
        <w:t xml:space="preserve">À vista do exposto, requer o processamento da presente impugnação e sua autuação em separado, ouvindo-se o credor impugnado (art. 11 da Lei de Falência) no prazo de cinco (5) dias, e, a seguir, o devedor e o Comitê (se houver) e o administrador judicial (art. 12 da Lei de </w:t>
        <w:lastRenderedPageBreak/>
        <w:t>Falência), para ao final, observadas as formalidades legais, ser a presente impugnação julgada procedente.</w:t>
      </w:r>
    </w:p>
    <w:p w14:paraId="6D762B3C" w14:textId="77777777" w:rsidR="00772AFA" w:rsidRDefault="00772AFA" w:rsidP="00401DE7">
      <w:pPr>
        <w:spacing w:after="0" w:line="360" w:lineRule="auto"/>
        <w:jc w:val="both"/>
      </w:pPr>
    </w:p>
    <w:p w14:paraId="696594FB" w14:textId="77777777" w:rsidR="00772AFA" w:rsidRDefault="00000000" w:rsidP="00401DE7">
      <w:pPr>
        <w:spacing w:after="0" w:line="360" w:lineRule="auto"/>
        <w:jc w:val="both"/>
      </w:pPr>
      <w:r>
        <w:t>Protesta-se por provar o alegado pelos meios de provas admitidas em direito.</w:t>
      </w:r>
    </w:p>
    <w:p w14:paraId="79114882" w14:textId="77777777" w:rsidR="00772AFA" w:rsidRDefault="00772AFA" w:rsidP="00401DE7">
      <w:pPr>
        <w:spacing w:after="0" w:line="360" w:lineRule="auto"/>
        <w:jc w:val="both"/>
      </w:pPr>
    </w:p>
    <w:p w14:paraId="27178F93" w14:textId="77777777" w:rsidR="00772AFA" w:rsidRDefault="00000000" w:rsidP="00401DE7">
      <w:pPr>
        <w:spacing w:after="0" w:line="360" w:lineRule="auto"/>
        <w:jc w:val="both"/>
      </w:pPr>
      <w:r>
        <w:t>Dá-se à causa o valor de R$ ______ (valor do crédito).</w:t>
      </w:r>
    </w:p>
    <w:p w14:paraId="4DEBC6E7" w14:textId="77777777" w:rsidR="00772AFA" w:rsidRDefault="00772AFA" w:rsidP="00401DE7">
      <w:pPr>
        <w:spacing w:after="0" w:line="360" w:lineRule="auto"/>
        <w:jc w:val="both"/>
      </w:pPr>
    </w:p>
    <w:p w14:paraId="693A7737" w14:textId="77777777" w:rsidR="00772AFA" w:rsidRDefault="00000000" w:rsidP="00401DE7">
      <w:pPr>
        <w:spacing w:after="0" w:line="360" w:lineRule="auto"/>
        <w:jc w:val="both"/>
      </w:pPr>
      <w:r>
        <w:t>Termos em que pede.</w:t>
      </w:r>
    </w:p>
    <w:p w14:paraId="02FC5705" w14:textId="77777777" w:rsidR="00772AFA" w:rsidRDefault="00000000" w:rsidP="00401DE7">
      <w:pPr>
        <w:spacing w:after="0" w:line="360" w:lineRule="auto"/>
        <w:jc w:val="both"/>
      </w:pPr>
      <w:r>
        <w:t>Deferimento.</w:t>
      </w:r>
    </w:p>
    <w:p w14:paraId="25A30CB8" w14:textId="77777777" w:rsidR="00772AFA" w:rsidRDefault="00772AFA" w:rsidP="00401DE7">
      <w:pPr>
        <w:spacing w:after="0" w:line="360" w:lineRule="auto"/>
        <w:jc w:val="both"/>
      </w:pPr>
    </w:p>
    <w:p w14:paraId="7B2BC7A2" w14:textId="77777777" w:rsidR="00772AFA" w:rsidRDefault="00000000" w:rsidP="00401DE7">
      <w:pPr>
        <w:spacing w:after="0" w:line="360" w:lineRule="auto"/>
        <w:jc w:val="both"/>
      </w:pPr>
      <w:r>
        <w:t>(local), ___ de __________.</w:t>
      </w:r>
    </w:p>
    <w:p w14:paraId="59968C0F" w14:textId="77777777" w:rsidR="00772AFA" w:rsidRDefault="00772AFA" w:rsidP="00401DE7">
      <w:pPr>
        <w:spacing w:after="0" w:line="360" w:lineRule="auto"/>
        <w:jc w:val="both"/>
      </w:pPr>
    </w:p>
    <w:p w14:paraId="7F87FF2D" w14:textId="77777777" w:rsidR="00772AFA" w:rsidRPr="002E6E6A" w:rsidRDefault="00000000" w:rsidP="00401DE7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ADVOGADO – OAB/UF</w:t>
      </w:r>
    </w:p>
    <w:p w14:paraId="1F55587C" w14:textId="77777777" w:rsidR="00772AFA" w:rsidRDefault="00772AFA" w:rsidP="00401DE7">
      <w:pPr>
        <w:spacing w:after="0" w:line="360" w:lineRule="auto"/>
        <w:jc w:val="both"/>
      </w:pPr>
    </w:p>
    <w:p w14:paraId="28305F8B" w14:textId="77777777" w:rsidR="00772AFA" w:rsidRDefault="00000000" w:rsidP="00401DE7">
      <w:pPr>
        <w:spacing w:after="0" w:line="360" w:lineRule="auto"/>
        <w:jc w:val="both"/>
      </w:pPr>
      <w:r>
        <w:t>Nota: O prazo para a impugnação é de dez (10) dias (art. 8º da Lei de Falência), contado da publicação da relação referida no art. 7º, § 2º da mesma lei.</w:t>
      </w:r>
    </w:p>
    <w:p w14:paraId="62CE30CF" w14:textId="77777777" w:rsidR="00772AFA" w:rsidRDefault="00772AFA" w:rsidP="00401DE7">
      <w:pPr>
        <w:spacing w:after="0" w:line="360" w:lineRule="auto"/>
        <w:jc w:val="both"/>
      </w:pPr>
    </w:p>
    <w:sectPr w:rsidR="00772A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0977569">
    <w:abstractNumId w:val="8"/>
  </w:num>
  <w:num w:numId="2" w16cid:durableId="25564591">
    <w:abstractNumId w:val="6"/>
  </w:num>
  <w:num w:numId="3" w16cid:durableId="1971937076">
    <w:abstractNumId w:val="5"/>
  </w:num>
  <w:num w:numId="4" w16cid:durableId="1989170734">
    <w:abstractNumId w:val="4"/>
  </w:num>
  <w:num w:numId="5" w16cid:durableId="763720098">
    <w:abstractNumId w:val="7"/>
  </w:num>
  <w:num w:numId="6" w16cid:durableId="1299804634">
    <w:abstractNumId w:val="3"/>
  </w:num>
  <w:num w:numId="7" w16cid:durableId="964232954">
    <w:abstractNumId w:val="2"/>
  </w:num>
  <w:num w:numId="8" w16cid:durableId="1745684860">
    <w:abstractNumId w:val="1"/>
  </w:num>
  <w:num w:numId="9" w16cid:durableId="36505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6E6A"/>
    <w:rsid w:val="00326F90"/>
    <w:rsid w:val="00401DE7"/>
    <w:rsid w:val="006001B1"/>
    <w:rsid w:val="00603B2B"/>
    <w:rsid w:val="00772A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E4C53"/>
  <w14:defaultImageDpi w14:val="300"/>
  <w15:docId w15:val="{03E2E33F-4BEE-6C48-8087-F30787A7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1368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Filipe Denki Belem Pacheco</cp:lastModifiedBy>
  <cp:revision>4</cp:revision>
  <dcterms:created xsi:type="dcterms:W3CDTF">2026-01-07T17:00:00Z</dcterms:created>
  <dcterms:modified xsi:type="dcterms:W3CDTF">2026-01-07T17:08:00Z</dcterms:modified>
  <cp:category/>
</cp:coreProperties>
</file>